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0"/>
        </w:rPr>
        <w:t>ZAHTJEV ZA DOPUNU ILI ISPRAVAK INFORMACIJE</w:t>
      </w:r>
    </w:p>
    <w:p>
      <w:pPr>
        <w:jc w:val="center"/>
      </w:pPr>
      <w:r>
        <w:rPr>
          <w:i/>
        </w:rPr>
        <w:t>Članak 24. Zakona o pravu na pristup informacijama</w:t>
      </w:r>
    </w:p>
    <w:p/>
    <w:p>
      <w:pPr>
        <w:spacing w:after="40"/>
      </w:pPr>
      <w:r>
        <w:rPr>
          <w:b/>
        </w:rPr>
        <w:t>Podnositelj zahtjeva – ime i prezime / naziv pravne osobe:</w:t>
      </w:r>
      <w:r>
        <w:t xml:space="preserve"> _______________________________________________________________________________________________</w:t>
      </w:r>
    </w:p>
    <w:p>
      <w:pPr>
        <w:spacing w:after="40"/>
      </w:pPr>
      <w:r>
        <w:rPr>
          <w:b/>
        </w:rPr>
        <w:t>Adresa / sjedište:</w:t>
      </w:r>
      <w:r>
        <w:t xml:space="preserve"> _______________________________________________________________________________________________</w:t>
      </w:r>
    </w:p>
    <w:p>
      <w:pPr>
        <w:spacing w:after="40"/>
      </w:pPr>
      <w:r>
        <w:rPr>
          <w:b/>
        </w:rPr>
        <w:t>E-mail:</w:t>
      </w:r>
      <w:r>
        <w:t xml:space="preserve"> _______________________________________________________________________________________________</w:t>
      </w:r>
    </w:p>
    <w:p>
      <w:pPr>
        <w:spacing w:after="40"/>
      </w:pPr>
      <w:r>
        <w:rPr>
          <w:b/>
        </w:rPr>
        <w:t>Telefon:</w:t>
      </w:r>
      <w:r>
        <w:t xml:space="preserve"> _______________________________________________________________________________________________</w:t>
      </w:r>
    </w:p>
    <w:p/>
    <w:p>
      <w:pPr>
        <w:spacing w:after="40"/>
      </w:pPr>
      <w:r>
        <w:rPr>
          <w:b/>
        </w:rPr>
        <w:t>Naziv i sjedište tijela javne vlasti:</w:t>
      </w:r>
      <w:r>
        <w:t xml:space="preserve"> _______________________________________________________________________________________________</w:t>
      </w:r>
    </w:p>
    <w:p/>
    <w:p>
      <w:pPr>
        <w:spacing w:after="40"/>
      </w:pPr>
      <w:r>
        <w:rPr>
          <w:b/>
        </w:rPr>
        <w:t>Datum prvotnog zahtjeva za pristup informacijama:</w:t>
      </w:r>
      <w:r>
        <w:t xml:space="preserve"> _______________________________________________________________________________________________</w:t>
      </w:r>
    </w:p>
    <w:p>
      <w:pPr>
        <w:spacing w:after="40"/>
      </w:pPr>
      <w:r>
        <w:rPr>
          <w:b/>
        </w:rPr>
        <w:t>Datum kada je informacija zaprimljena:</w:t>
      </w:r>
      <w:r>
        <w:t xml:space="preserve"> _______________________________________________________________________________________________</w:t>
      </w:r>
    </w:p>
    <w:p/>
    <w:p>
      <w:r>
        <w:rPr>
          <w:b/>
        </w:rPr>
        <w:t>Tražena informacija / predmet prvotnog zahtjeva: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rPr>
          <w:b/>
        </w:rPr>
        <w:t>Razlog zahtjeva za dopunu ili ispravak:</w:t>
      </w:r>
    </w:p>
    <w:p>
      <w:pPr>
        <w:spacing w:after="40"/>
      </w:pPr>
      <w:r>
        <w:t>☐ dobivena informacija nije točna</w:t>
      </w:r>
    </w:p>
    <w:p>
      <w:pPr>
        <w:spacing w:after="40"/>
      </w:pPr>
      <w:r>
        <w:t>☐ dobivena informacija nije potpuna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rPr>
          <w:b/>
        </w:rPr>
        <w:t>Zahtijevam da se informacija dopuni odnosno ispravi na sljedeći način: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pPr>
        <w:spacing w:after="40"/>
      </w:pPr>
      <w:r>
        <w:rPr>
          <w:b/>
        </w:rPr>
        <w:t>Način dostave dopunjene / ispravljene informacije:</w:t>
      </w:r>
      <w:r>
        <w:t xml:space="preserve"> _______________________________________________________________________________________________</w:t>
      </w:r>
    </w:p>
    <w:p>
      <w:pPr>
        <w:spacing w:after="40"/>
      </w:pPr>
      <w:r>
        <w:rPr>
          <w:b/>
        </w:rPr>
        <w:t>E-mail / adresa za dostavu:</w:t>
      </w:r>
      <w:r>
        <w:t xml:space="preserve"> _______________________________________________________________________________________________</w:t>
      </w:r>
    </w:p>
    <w:p/>
    <w:p>
      <w:r>
        <w:t>Mjesto i datum: ___________________________________    Potpis podnositelja: ___________________________________</w:t>
      </w:r>
    </w:p>
    <w:p>
      <w:r>
        <w:rPr>
          <w:b/>
        </w:rPr>
        <w:t xml:space="preserve">Rok: </w:t>
      </w:r>
      <w:r>
        <w:t>Zahtjev za dopunu ili ispravak podnosi se u roku od 15 dana od dana dobivanja informacije; tijelo javne vlasti odlučuje o zahtjevu u roku od 15 dana od zaprimanja.</w:t>
      </w:r>
    </w:p>
    <w:sectPr w:rsidR="00FC693F" w:rsidRPr="0006063C" w:rsidSect="00034616">
      <w:pgSz w:w="11906" w:h="16838"/>
      <w:pgMar w:top="1134" w:right="1080" w:bottom="113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Zahtjev za dopunu ili ispravak informacije</dc:title>
  <dc:subject/>
  <dc:creator>Košarkaški klub Split s.d.d.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